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Станция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29577" cy="2232000"/>
            <wp:docPr id="2" name="Picture 2" descr="Привокзальная площадь" title="Привокзальн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da72304befbefe4a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95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Привокзальная площадь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Станция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Станция аянты. 50-жылдардын Станция аянтынын сүрөтү. Дзержинский бульварынын башталышы. Биринчи планда Ленин менен Сталиндин эстеликтери турат. Жебе 1955-жылы орнотулган таштын белгисин көрсөтүп, бул жерге Фрунзенин эстелиги орнотула турганын билдирген.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https://bimap.su/description/frunze/179_Vokzal_Plojad.txt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