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Station Square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29577" cy="2232000"/>
            <wp:docPr id="2" name="Picture 2" descr="Привокзальная площадь" title="Привокзальная площадь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7eda72304befbefe4ad0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929577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Привокзальная площадь · 50-х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Station Square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Station Square. Photo of the 50s Station Square. The beginning of Dzerzhinsky Boulevard. In the foreground are monuments to Lenin and Stalin. The arrow marks a stone installed in 1955, announcing that a monument to Frunze will be erected in this place.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https://bimap.su/description/frunze/179_Vokzal_Plojad.txt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42.86443, 74.60572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