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Пожарка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05163" cy="2232000"/>
            <wp:docPr id="2" name="Picture 2" descr="Пожарка" title="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5150f83c5fb1329c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51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Пожарка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пожарной охраны с каланчой.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https://bimap.su/description/frunze/178_Pojaka2000.txt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