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42.86503, 74.61050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Пожарка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42.86503, 74.61050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05163" cy="2232000"/>
            <wp:docPr id="2" name="Picture 2" descr="Пожарка" title="Пожар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5150f83c5fb1329cb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51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Пожарка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Пожарка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Пожарка Өрт өчүрүүчү мунарасы бар имарат 1941-жылы курулган, бирок курулуш аяктагандан кийин анда Харьков медициналык институтунун эвакуацияланган окутуучуларынын үй-бүлөлөрү жана университеттин окуу бөлмөлөрү жайгашкан. Кийин бул жерде спорт мектеби жана Биринчи Май райондук соту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https://bimap.su/description/frunze/178_Pojaka2000.txt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42.86503, 74.61050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