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Pozharka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05163" cy="2232000"/>
            <wp:docPr id="2" name="Picture 2" descr="Пожарка" title="Пож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5150f83c5fb1329cb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51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Пожарка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Pozharka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Pozharka The building with a fire watchtower was built in 1941, but after completion of construction it housed the evacuated families of teachers of the Kharkov Medical Institute and study rooms of the university. Later, a sports school and the Pervomaisky district court were located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https://bimap.su/description/frunze/178_Pojaka2000.txt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