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Техникум советской торговли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129" cy="2232000"/>
            <wp:docPr id="2" name="Picture 2" descr="Техникум советской торговли" title="Техникум советской торговл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e444df92e6379ff6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Техникум советской торговли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Техникум советской торговли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1954г.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https://bimap.su/description/frunze/175_Tehnikum54.txt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