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Советтик соода колледжи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0129" cy="2232000"/>
            <wp:docPr id="2" name="Picture 2" descr="Техникум советской торговли" title="Техникум советской торговл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e444df92e6379ff6c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0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Техникум советской торговли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Советтик соода колледжи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Советтик соода колледжи Имарат соода техникуму катары курулган (архитектор Е.Г. Писарская, 1954-ж.), бирок курулуш аяктагандан кийин жаңыдан түзүлгөн Политехникалык институттун факультеттери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https://bimap.su/description/frunze/175_Tehnikum54.txt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42.88157, 74.59604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