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42.88157, 74.59604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College of Soviet Trade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42.88157, 74.59604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20129" cy="2232000"/>
            <wp:docPr id="2" name="Picture 2" descr="Техникум советской торговли" title="Техникум советской торговл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e444df92e6379ff6c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2012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Техникум советской торговли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College of Soviet Trade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College of Soviet Trade The building was built as a trade college (architect E.G. Pisarskaya, 1954), but after completion of construction it housed the faculties of the newly created Polytechnic Institute.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https://bimap.su/description/frunze/175_Tehnikum54.txt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42.88157, 74.59604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