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42.87641, 74.61047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Square with the monument to the “Fighters of the Revolution”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42.87641, 74.61047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130162" cy="2232000"/>
            <wp:docPr id="2" name="Picture 2" descr="Площадь с памятником «Борцам революции»" title="Площадь с памятником «Борцам революции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3016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Площадь с памятником «Борцам революции»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Square with the monument to the “Fighters of the Revolution”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Monument to the Fighters of the Revolution Monument to the Fighters of the Revolution (sculptor T. Sadykov, architect G. Kutateladze, 1978). On a granite pedestal there is a figure of a woman with a banner in her hand. The two side groups symbolize the people and their participation in the revolution.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https://bimap.su/description/frunze/174_Urkuia.txt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Square with a monument to the Fighters of the Revolution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42.87641, 74.61047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22882" cy="2232000"/>
            <wp:docPr id="3" name="Picture 3" descr="Площадь с памятником Борцам революции" title="Площадь с памятником Борцам революц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36c1a56c1ed21dfe9d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228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Площадь с памятником Борцам революции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Square with a monument to the Fighters of the Revolution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Square with a monument to the Fighters of the Revolution. Chui Avenue – Abdrakhmanov Street. This is how the architects envisioned this area to look.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https://bimap.su/description/bishkek/121_IMG_1269.txt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