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42.87663, 74.60369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Площадь Ленина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42.87663, 74.60369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08470" cy="2232000"/>
            <wp:docPr id="2" name="Picture 2" descr="Площадь Ленина" title="Площадь Лен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32f4028d3b44e08dd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084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Ленина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Площадь Ленина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80-e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https://bimap.su/description/frunze/173_Plojad_Lenina.txt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Памятник Манасу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42.87663, 74.60369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Памятник Манасу" title="Памятник Манас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538d59e9934730e88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Манасу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Манасу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Манасу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https://bimap.su/description/bishkek/3_manas.txt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