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42.87663, 74.60369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Ленин аянты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42.87663, 74.60369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08470" cy="2232000"/>
            <wp:docPr id="2" name="Picture 2" descr="Площадь Ленина" title="Площадь 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32f4028d3b44e08dd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84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Ленин аянты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Ленин аянты, 80-жылдар Аянт 1984-жылы В.И. Борбордук музейинин филиалын куруу учурунда түзүлгөн. Ленин жана жол башчынын эстелиги (скульпторлор А. Кибальников, Т. Садыков, архитекторлор Э. Кутырев, А. Исаев). 2003-жылы 7-ноябрда эстелик демонтаждалып, музейдин түндүк тарабына көчүрүлгөн.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https://bimap.su/description/frunze/173_Plojad_Lenina.txt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Манастын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42.87663, 74.60369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Памятник Манасу" title="Памятник Манас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538d59e9934730e8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Манасу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Манастын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2011-жылдын 31-августунда Кыргызстандын эгемендүүлүгүнүн 20 жылдыгына карата Ала-Тоо аянтында баатырдын тогуз метрлик колодон жасалган «Айкөл Манас – Улуу Манас» аттуу ат үстүндөгү фигурасы көтөрүлдү. Скульптор Базарбай Сыдыков. Владимир Петровдун фотосу. Коло чабандес «Эркиндик» – Эркиндик – глобустун үстүндөгү канаттуу аялдын башынын үстүндө «тундук» кармап турган айкелин, кыргыздын салттуу боз үйүнүн чокусун түзгөн тегерек алкакты алмаштырды.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https://bimap.su/description/bishkek/3_manas.txt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