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Площадь Победы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77672" cy="2232000"/>
            <wp:docPr id="2" name="Picture 2" descr="Площадь Победы" title="Площадь Побе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bcf89999ede14b6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6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Победы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Победы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на юг от ресторана «Нарын».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https://bimap.su/description/frunze/172_Pobeda.txt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42.88129, 74.61605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