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Жеңиш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77672" cy="2232000"/>
            <wp:docPr id="2" name="Picture 2" descr="Площадь Победы" title="Площадь Побе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bcf89999ede14b6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6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Победы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Жеңиш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Жеңиш аянты Жеңиш аянты. Нарын ресторанынан түштүктү көрүү. Аянттын ортосунда эстелик-мемориал (скульпторлор Т. Садыков, М. К. Аникушкин, архитекторлор В. Лызенко, В. Бухаев, 1984): түбөлүк оттун жанында эне-аялдын скульптурасы түшүрүлгөн боз үйдүн үч гранит аркасы бар. Эки каптал композиция — демонтаждалган пулеметту көтөрүп жүргөн жоокерлердин жана согуштан балдарына кайтып келген жоокерлердин скульптуралары. Таш плиталарда кыргызстандыктар -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https://bimap.su/description/frunze/172_Pobeda.txt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