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42.88129, 74.61605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Victory Square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42.88129, 74.61605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277672" cy="2232000"/>
            <wp:docPr id="2" name="Picture 2" descr="Площадь Победы" title="Площадь Побе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bcf89999ede14b6f4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76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Площадь Победы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Victory Square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Victory Square Victory Square. View south from the Naryn restaurant. In the center of the square there is a monument-memorial (sculptors T. Sadykov, M. K. Anikushkin, architects V. Lyzenko, V. Bukhaev, 1984): three granite arches of a yurt with a sculpture of a woman-mother at the eternal flame. The two side compositions are sculptures of soldiers carrying a disassembled machine gun and soldiers returning from the war to their children. On the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https://bimap.su/description/frunze/172_Pobeda.txt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42.88129, 74.61605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