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Панорама города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6583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6ebc83eab1098701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658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Панорама города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Петрова, 1955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https://bimap.su/description/frunze/171_Panorama55.txt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