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7213" cy="2232000"/>
            <wp:docPr id="2" name="Picture 2" descr="Памятник Фрунзе" title="Памятник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b404c0022e368359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72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Frunze Monument to Frunze on Selmash, 60s.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https://bimap.su/description/frunze/170_Selmash_Frunze60.txt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42.86844, 74.55689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