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Стадион Сельмаш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5567" cy="2232000"/>
            <wp:docPr id="2" name="Picture 2" descr="Стадион Сельмаш" title="Стадион 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deb018b30d66e5e3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5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Сельмаш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Стадион Сельмаш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Стадион Сельмаш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https://bimap.su/description/frunze/169_Selmash_Stadion.txt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