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42.86871, 74.56043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«Сельмаш» стадиону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42.86871, 74.56043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895567" cy="2232000"/>
            <wp:docPr id="2" name="Picture 2" descr="Стадион Сельмаш" title="Стадион Сельмаш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6edeb018b30d66e5e38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895567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Стадион Сельмаш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«Сельмаш» стадиону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«Сельмаш» стадиону «Сельмашевец» спорт комплекси 1958-жылы курулган. Ал 5000 көрүүчүгө ылайыкталган стадионду, спорт аянтчаларын, машыгуу залдарын жана бассейндерди камтыйт.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https://bimap.su/description/frunze/169_Selmash_Stadion.txt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42.86871, 74.56043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