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42.86871, 74.56043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Selmash Stadium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42.86871, 74.56043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95567" cy="2232000"/>
            <wp:docPr id="2" name="Picture 2" descr="Стадион Сельмаш" title="Стадион Сель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edeb018b30d66e5e3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55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Стадион Сельмаш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Selmash Stadium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Selmash Stadium The Selmashevets sports complex was built in 1958. It includes a stadium with stands for 5,000 spectators, sports grounds, gyms, and swimming pools.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https://bimap.su/description/frunze/169_Selmash_Stadion.txt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42.86871, 74.56043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