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42.86860, 74.55727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Сельмаш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42.86860, 74.55727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80280" cy="2232000"/>
            <wp:docPr id="2" name="Picture 2" descr="Сельмаш" title="Сельма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88bb39f1f88830094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02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Сельмаш · 1982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Сельмаш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Завод сельскохозяйственного машиностроения им. М.В.Фрунзе. Фото 1982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https://bimap.su/description/frunze/168_Selmash1982.txt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42.86860, 74.55727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