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«Сельмаш»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0280" cy="2232000"/>
            <wp:docPr id="2" name="Picture 2" descr="Сельмаш" title="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88bb39f1f8883009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0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· 1982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«Сельмаш»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«Сельмаш» айыл чарба машина куруу заводу 1941-жылы Белоруссиядан (Луганск) эвакуацияланган заводдун жана «Интергельпо» кооперативинин заводунун базасында негизделген. Согуш мезгилинде коргонуу продукциясын чыгарган. Тынчтыкта ​​ар турдуу айыл чарба шаймандарын, эл керектеечу товарларды, пресс-подборщиктерди.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https://bimap.su/description/frunze/168_Selmash1982.txt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