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42.86860, 74.55727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Selmash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42.86860, 74.55727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80280" cy="2232000"/>
            <wp:docPr id="2" name="Picture 2" descr="Сельмаш" title="Сельма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e88bb39f1f88830094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802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Сельмаш · 1982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Selmash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Selmash Agricultural Engineering Plant was founded in 1941 on the basis of an evacuated plant from Belarus (Lugansk) and a plant of the Intergelpo cooperative. During the war, it produced defense products. In peacetime, various agricultural implements, consumer goods, balers.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https://bimap.su/description/frunze/168_Selmash1982.txt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42.86860, 74.55727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