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DPO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499567" cy="2232000"/>
            <wp:docPr id="2" name="Picture 2" descr="ДПО" title="Д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e904def69300aa32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95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ДПО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DPO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Пишпек ДПО Пишпек станциясы. DPO.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https://bimap.su/description/frunze/167_DPO.txt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