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Первомайская адвокатура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14070" cy="2232000"/>
            <wp:docPr id="2" name="Picture 2" descr="Первомайская адвокатура" title="Первомайская адвокатур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9d8c0e2d3098d365614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1407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Первомайская адвокатура · Никиты Часова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Первомайская адвокатура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Никиты Часова.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https://bimap.su/description/frunze/166_Advokat.txt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42.86907, 74.61053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