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42.86907, 74.61053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Биринчи Май Бары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42.86907, 74.61053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2" name="Picture 2" descr="Первомайская адвокатура" title="Первомайская адвокату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d8c0e2d3098d36561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Первомайская адвокатура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Биринчи Май Бары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Биринчи Май барынын административдик имараты 60-жылдардагы. Биринчи май бар. Никита Часовдун фотосу.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https://bimap.su/description/frunze/166_Advokat.txt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42.86907, 74.61053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