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Pervomaiskaya Bar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Первомайская адвокатура" title="Первомайская адвокату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d8c0e2d3098d36561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Первомайская адвокатура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Pervomaiskaya Bar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Pervomaiskaya Bar Administrative building from the 60s. Pervomayskaya Bar. Photo by Nikita Chasov.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https://bimap.su/description/frunze/166_Advokat.txt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