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Пересечение улиц Кирова и Краснооктябрьская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Пересечение улиц Кирова и Краснооктябрьская" title="Пересечение улиц Кирова и Краснооктябрь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Кирова и Краснооктябрьская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Кирова и Краснооктябрьская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улиц Кирова и Краснооктябрьская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https://bimap.su/description/frunze/165_Narobraz.txt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