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Киров жана Краснооктябрьская көчөлөрүнүн кесилиши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Пересечение улиц Кирова и Краснооктябрьская" title="Пересечение улиц Кирова и Краснооктябрь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Кирова и Краснооктябрьская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Киров жана Краснооктябрьская көчөлөрүнүн кесилиши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Киров х Краснооктябрьская Кирова (Абдумомунов) жана Краснооктябрьская көчөлөрүнүн кесилиши. Оң жакта Боз азык-түлүк дүкөнү, сол жакта Эл агартуу комиссариаты.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https://bimap.su/description/frunze/165_Narobraz.txt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42.87901, 74.60957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