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Kirova and Krasnooktyabrskaya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Пересечение улиц Кирова и Краснооктябрьская" title="Пересечение улиц Кирова и Краснооктябрь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Краснооктябрьская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Kirova and Krasnooktyabrskaya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Kirova x Krasnooktyabrskaya The intersection of Kirova (Abdumomunova) and Krasnooktyabrskaya streets. On the right is Gray Grocery, on the left is the People's Commissariat of Education.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https://bimap.su/description/frunze/165_Narobraz.txt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