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Кирова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51675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5a5ca70b69e8e78e7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16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Кирова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(Абдумомунова).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https://bimap.su/description/frunze/164_Bakaleia.txt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