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Киров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51675" cy="2232000"/>
            <wp:docPr id="2" name="Picture 2" descr="Улица Кирова" title="Улица Ки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5a5ca70b69e8e78e7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516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Киров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Киров көчөсү (Абдумомунова) Шаардык парткомдун имаратынан Грей азык-түлүккө карай көрүнүш.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https://bimap.su/description/frunze/164_Bakaleia.txt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