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42.87936, 74.61061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Kirova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42.87936, 74.61061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51675" cy="2232000"/>
            <wp:docPr id="2" name="Picture 2" descr="Улица Кирова" title="Улица Кир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f5a5ca70b69e8e78e71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5167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Кирова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Kirova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Kirova Street (Abdumomunova) View from the City Party Committee building towards Gray Grocery.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https://bimap.su/description/frunze/164_Bakaleia.txt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42.87936, 74.61061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