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42.87189, 74.60556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Institute for Advanced Training for Teachers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42.87189, 74.60556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36173" cy="2232000"/>
            <wp:docPr id="2" name="Picture 2" descr="Институт усовершенствования учителей" title="Институт усовершенствования учител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a2e02d84cfb86bc69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61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усовершенствования учителей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Institute for Advanced Training for Teachers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Institute for Advanced Training for Teachers Founded in 1945 and was located in the old building of the Pedagogical College.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https://bimap.su/description/frunze/163_Pedinstitut.txt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42.87189, 74.60556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