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42.87110, 74.57505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Бегелдиновдун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42.87110, 74.57505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415182" cy="2232000"/>
            <wp:docPr id="2" name="Picture 2" descr="Памятник Бегельдинову" title="Памятник Бегельдин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a70c6a897c627905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5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Бегельдинову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Бегелдиновдун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Бегелдиновдун эстелиги Бегелдиновдун эстелиги, скульптор И.А.Абакумов, архитектор В.Верюжский, 1948-ж. Талгат Бегелдинов (1922-ж. т.). Советтер Союзунун эки жолку Баатыры, чабуулчу учкуч. Эстелик алгач 1948-жылы 29-октябрда көчөгө орнотулган. Сталин Борбордук шайлоо комиссиясынын имаратынын алдында. 1984-жылы эстелик Жаш Гвардия бульварына көчүрүлгөн.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https://bimap.su/description/frunze/162_Begeldinov1.txt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42.87110, 74.57505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