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Панорама города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4800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45e19e25510764753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8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Панорама города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 парашютной вышки, 60-e.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https://bimap.su/description/frunze/161_Panorama60.txt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