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42.87776, 74.59812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Парашют мунарасынан шаардын панорамасы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42.87776, 74.59812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124800" cy="2232000"/>
            <wp:docPr id="2" name="Picture 2" descr="Панорама города" title="Панорама город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b45e19e255107647530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12480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Панорама города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Парашют мунарасынан шаардын панорамасы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, 60-жылдар.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https://bimap.su/description/frunze/161_Panorama60.txt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42.87776, 74.59812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