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Панорама города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55010" cy="2232000"/>
            <wp:docPr id="2" name="Picture 2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f7acb85d845b4c3f4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50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 · 1999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Панорама города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 видом на Киргизский Государственный университет, фото 1999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https://bimap.su/description/frunze/160_Panorama99.txt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