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100"/>
        <w:jc w:val="center"/>
        <w:shd w:fill="7E4B28"/>
      </w:pPr>
      <w:r>
        <w:rPr>
          <w:rFonts w:ascii="Arial" w:hAnsi="Arial" w:eastAsia="Arial"/>
          <w:b/>
          <w:color w:val="FFFFFF"/>
          <w:sz w:val="24"/>
        </w:rPr>
        <w:t xml:space="preserve">  ПИШПЕК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E4B28"/>
          <w:sz w:val="34"/>
        </w:rPr>
        <w:t>Бул доор боюнча маалымат азырынча табыла элек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42.87990, 74.58724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1" name="Picture 1" descr="Иллюстрация эпохи Пишпек" title="Пишпек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Фотография пока не добавлена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КЫРГЫЗЧА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Бул доор боюнча маалымат азырынча табыла элек.</w:t>
      </w:r>
    </w:p>
    <w:p>
      <w:r>
        <w:br w:type="page"/>
      </w:r>
    </w:p>
    <w:p>
      <w:pPr>
        <w:spacing w:before="0" w:after="100"/>
        <w:jc w:val="center"/>
        <w:shd w:fill="772A33"/>
      </w:pPr>
      <w:r>
        <w:rPr>
          <w:rFonts w:ascii="Arial" w:hAnsi="Arial" w:eastAsia="Arial"/>
          <w:b/>
          <w:color w:val="FFFFFF"/>
          <w:sz w:val="24"/>
        </w:rPr>
        <w:t xml:space="preserve">  ФРУНЗЕ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72A33"/>
          <w:sz w:val="34"/>
        </w:rPr>
        <w:t>Шаардын панорамасы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42.87990, 74.58724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2655010" cy="2232000"/>
            <wp:docPr id="2" name="Picture 2" descr="Панорама города" title="Панорама города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ddf7acb85d845b4c3f41.jp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2655010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Панорама города · 1999 года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КЫРГЫЗЧА</w:t>
      </w:r>
      <w:r>
        <w:rPr>
          <w:rFonts w:ascii="Arial" w:hAnsi="Arial" w:eastAsia="Arial"/>
          <w:b/>
          <w:color w:val="242C2F"/>
          <w:sz w:val="20"/>
        </w:rPr>
        <w:t xml:space="preserve">  Шаардын панорамасы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242C2F"/>
          <w:sz w:val="19"/>
        </w:rPr>
        <w:t>﻿ Шаардын панорамасы Парашют мунарасынан шаардын панорамасы, 60-жылдар. Түштүккө көрүнүш. Алдыңкы планда Союздар үйү жана XXII партсъезд (Чүй), Киев көчөлөрү турат.</w:t>
      </w:r>
    </w:p>
    <w:p>
      <w:pPr>
        <w:spacing w:before="20" w:after="0"/>
      </w:pPr>
      <w:r>
        <w:rPr>
          <w:rFonts w:ascii="Arial" w:hAnsi="Arial" w:eastAsia="Arial"/>
          <w:b w:val="0"/>
          <w:color w:val="606667"/>
          <w:sz w:val="14"/>
        </w:rPr>
        <w:t>Булак: https://bimap.su/description/frunze/160_Panorama99.txt · BIMAP</w:t>
      </w:r>
    </w:p>
    <w:p>
      <w:pPr>
        <w:spacing w:before="0" w:after="0"/>
      </w:pPr>
      <w:r>
        <w:rPr>
          <w:rFonts w:ascii="Arial" w:hAnsi="Arial" w:eastAsia="Arial"/>
          <w:b w:val="0"/>
          <w:color w:val="606667"/>
          <w:sz w:val="14"/>
        </w:rPr>
        <w:t>Фотографии и материалы принадлежат их авторам; лицензия не указана</w:t>
      </w:r>
    </w:p>
    <w:p>
      <w:r>
        <w:br w:type="page"/>
      </w:r>
    </w:p>
    <w:p>
      <w:pPr>
        <w:spacing w:before="0" w:after="100"/>
        <w:jc w:val="center"/>
        <w:shd w:fill="1B5B5B"/>
      </w:pPr>
      <w:r>
        <w:rPr>
          <w:rFonts w:ascii="Arial" w:hAnsi="Arial" w:eastAsia="Arial"/>
          <w:b/>
          <w:color w:val="FFFFFF"/>
          <w:sz w:val="24"/>
        </w:rPr>
        <w:t xml:space="preserve">  БИШКЕК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1B5B5B"/>
          <w:sz w:val="34"/>
        </w:rPr>
        <w:t>Бул доор боюнча маалымат азырынча табыла элек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42.87990, 74.58724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3" name="Picture 3" descr="Иллюстрация эпохи Бишкек" title="Бишкек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Фотография пока не добавлена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КЫРГЫЗЧА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Бул доор боюнча маалымат азырынча табыла элек.</w:t>
      </w:r>
    </w:p>
    <w:sectPr w:rsidR="00FC693F" w:rsidRPr="0006063C" w:rsidSect="00034616">
      <w:footerReference w:type="default" r:id="rId9"/>
      <w:footerReference w:type="even" r:id="rId10"/>
      <w:footerReference w:type="first" r:id="rId11"/>
      <w:pgSz w:w="11906" w:h="16838"/>
      <w:pgMar w:top="794" w:right="794" w:bottom="794" w:left="794" w:header="397" w:footer="397" w:gutter="0"/>
      <w:cols w:space="72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footer2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footer3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evenAndOddHeaders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60" w:line="247" w:lineRule="auto"/>
    </w:pPr>
    <w:rPr>
      <w:rFonts w:ascii="Arial" w:hAnsi="Arial"/>
      <w:sz w:val="19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Relationship Id="rId10" Type="http://schemas.openxmlformats.org/officeDocument/2006/relationships/footer" Target="footer2.xml"/><Relationship Id="rId11" Type="http://schemas.openxmlformats.org/officeDocument/2006/relationships/footer" Target="footer3.xml"/><Relationship Id="rId12" Type="http://schemas.openxmlformats.org/officeDocument/2006/relationships/image" Target="media/image1.png"/><Relationship Id="rId13" Type="http://schemas.openxmlformats.org/officeDocument/2006/relationships/image" Target="media/image2.jpg"/><Relationship Id="rId14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Исторический каталог Бишкека</dc:creator>
  <cp:keywords/>
  <dc:description>generated by python-docx</dc:description>
  <cp:lastModifiedBy>Исторический каталог Бишкека</cp:lastModifiedBy>
  <cp:revision>1</cp:revision>
  <dcterms:created xsi:type="dcterms:W3CDTF">2000-01-01T00:00:00Z</dcterms:created>
  <dcterms:modified xsi:type="dcterms:W3CDTF">2000-01-01T00:00:00Z</dcterms:modified>
  <cp:category/>
</cp:coreProperties>
</file>