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Panorama of the city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5501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df7acb85d845b4c3f4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50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 · 1999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Panorama of the city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Panorama of the city Panorama of the city from a parachute tower, 60s. View to the south. In the foreground is the House of Unions and the XXII Party Congress (Chui) and Kyiv streets.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https://bimap.su/description/frunze/160_Panorama99.txt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42.87990, 74.58724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