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42.87611, 74.60531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Памятник Бегельдинову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42.87611, 74.60531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595372" cy="2232000"/>
            <wp:docPr id="2" name="Picture 2" descr="Памятник Бегельдинову" title="Памятник Бегельдинов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ddac8b71b58b507582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9537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Бегельдинову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Памятник Бегельдинову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скульптор И.А.Абакумов, архитектор В.Верюжский, 1948г.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https://bimap.su/description/frunze/159_Begeldinov.txt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42.87611, 74.60531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