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Ленину у почтампта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14909" cy="2232000"/>
            <wp:docPr id="2" name="Picture 2" descr="Памятник Ленину у почтампта" title="Памятник Ленину у почтамп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d1aabfa0d8baaaa69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490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у почтампта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Ленину у почтампта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Ленину у почтампта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https://bimap.su/description/frunze/158_Lenin2.txt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42.87563, 74.60471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