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Почтадагы Лениндин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14909" cy="2232000"/>
            <wp:docPr id="2" name="Picture 2" descr="Памятник Ленину у почтампта" title="Памятник Ленину у почтамп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d1aabfa0d8baaaa69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490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у почтампта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Почтадагы Лениндин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Лениндин эстелиги Почтадагы Лениндин эстелиги. Кошумча скульптура. Ошол эле кайталанган скульптуралар Борбордук Комитеттин имаратынын жана станциянын жанында турган.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https://bimap.su/description/frunze/158_Lenin2.txt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