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Кирову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445179" cy="2232000"/>
            <wp:docPr id="2" name="Picture 2" descr="Памятник Кирову" title="Памятник Кир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51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Кирову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Кирову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Кирову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https://bimap.su/description/frunze/157_Kirov.txt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