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42.87333, 74.60638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Monument to Kirov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42.87333, 74.60638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1445179" cy="2232000"/>
            <wp:docPr id="2" name="Picture 2" descr="Памятник Кирову" title="Памятник Киров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4517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Кирову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Monument to Kirov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Monument to Kirov Sergei Mironovich Kirov (1886-1934) - Soviet statesman and party leader.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https://bimap.su/description/frunze/157_Kirov.txt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42.87333, 74.60638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