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42.88178, 74.60702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Памятник Иваницыну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42.88178, 74.60702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848217" cy="2232000"/>
            <wp:docPr id="2" name="Picture 2" descr="Памятник Иваницыну" title="Памятник Иваницын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83bc56d14e000a5921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4821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Иваницыну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Памятник Иваницыну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скульптор Н.Лодягин, архитектор И.Люблинский, 1957г.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https://bimap.su/description/frunze/156_Ivanisyn.txt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42.88178, 74.60702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