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42.88178, 74.60702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Иваницындын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42.88178, 74.60702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48217" cy="2232000"/>
            <wp:docPr id="2" name="Picture 2" descr="Памятник Иваницыну" title="Памятник Иваницы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3bc56d14e000a592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82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Иваницыну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Иваницындын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Иваницындын эстелиги Иваницындын эстелиги, скульптор Н.Лодягин, архитектор И.Люблинский, 1957. Алексей Илларионович Иваницын (1870-1925) - П.Б. Скульптор Иваницындын бюстун Иваницын уулу Павелдин фотосүрөтүнөн жасаткан, анткени Алексей Илларионовичтин өзүнүн сүрөтүн таба албаган.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https://bimap.su/description/frunze/156_Ivanisyn.txt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42.88178, 74.60702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