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Ivanitsyn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48217" cy="2232000"/>
            <wp:docPr id="2" name="Picture 2" descr="Памятник Иваницыну" title="Памятник Иваницы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3bc56d14e000a592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82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Иваницыну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Ivanitsyn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Ivanitsyn Monument to Ivanitsyn, sculptor N. Lodyagin, architect I. Lyublinsky, 1957. Alexey Illarionovich Ivanitsyn (1870-1925) - the first leader of the Pishpek Bolshevik organization. The sculptor sculpted the bust of Ivanitsyn from a photograph of Ivanitsyn’s son, Pavel, because could not find a photo of Alexei Illarionovich himself.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https://bimap.su/description/frunze/156_Ivanisyn.txt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