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42.87717, 74.60685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Памятник Ф.Э.Дзержинскому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42.87717, 74.60685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37634" cy="2232000"/>
            <wp:docPr id="2" name="Picture 2" descr="Памятник Ф.Э.Дзержинскому" title="Памятник Ф.Э.Дзержинском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22796608ae5db8ce25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3763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Ф.Э.Дзержинскому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Памятник Ф.Э.Дзержинскому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(1877г.-1926г.). Основатель ЧК (КГБ). Автор скульптуры Т.Садыков.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https://bimap.su/description/frunze/155_Dzerjinskii1.txt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42.87717, 74.60685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