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42.87716, 74.60678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Лениндин эстелиги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42.87716, 74.60678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63082" cy="2232000"/>
            <wp:docPr id="2" name="Picture 2" descr="Памятник Ленину" title="Памятник Ленин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58ca324ddabcfc6cb5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6308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Ленину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Лениндин эстелиги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Лениндин эстелиги Лениндин эстелиги. Скульптор Г.Нерода, архитектор В.Верюжский. 1948 Лениндин эстелиги. Скульптор Г.Нерода, архитектор В.Верюжский. 1948 1984-жылы демонтаждалган. Анын ордуна ваза орнотулган. 1987-жылы ваза Феликс Дзержинскийдин эстелигине алмаштырылган.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https://bimap.su/description/frunze/154_Lenin1.txt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Курманжан Даткага арналган архитектуралык-скульптуралык композиция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42.87716, 74.60678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1999"/>
            <wp:docPr id="3" name="Picture 3" descr="Архитектурно-скульптурная композиция, посвященная Курманджан Датке" title="Архитектурно-скульптурная композиция, посвященная Курманджан Датк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71131662ea45919ab4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Архитектурно-скульптурная композиция, посвященная Курманджан Датке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Курманжан Даткага арналган архитектуралык-скульптуралык композиция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2004-жылы бульвардын кесилишинде. Эркиндик жана ст. Пушкин, эстеликтин ордунда В.И. Ленин (Ф. Е. Дзержинский), Курманжан даткага арналган архитектуралык-скульптуралык композиция (скульптор В. Шестопал, архитектор Р. Муксинов) коюлган.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https://bimap.su/description/bishkek/10_rurmanjan.txt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