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Пишпекское городское училище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42.87954, 74.60786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95280" cy="2232000"/>
            <wp:docPr id="1" name="Picture 1" descr="Пишпекское городское училище" title="Пишпекское городск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54e73ee381afa3df4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5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Пишпекское городское училище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Пишпекское городское училище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1906 год. Фото из архива.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https://bimap.su/description/pishpek/36_Gorodskoe_uchilische.txt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Библиотека им.Чернышевского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42.87954, 74.60786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3293" cy="2232000"/>
            <wp:docPr id="2" name="Picture 2" descr="Библиотека им.Чернышевского" title="Библиотека им.Чернышев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c2c770b5d5e3e26ba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32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Библиотека им.Чернышевского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Библиотека им.Чернышевского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Библиотека им.Чернышевского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https://bimap.su/description/frunze/484_Bibl.txt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42.87954, 74.60786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